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59705" w14:textId="77777777" w:rsidR="005D245E" w:rsidRDefault="00000000">
      <w:pPr>
        <w:spacing w:after="240"/>
      </w:pPr>
      <w:r>
        <w:t>Allegato B</w:t>
      </w:r>
    </w:p>
    <w:p w14:paraId="129F8CA3" w14:textId="3E3EC441" w:rsidR="005D245E" w:rsidRDefault="00000000">
      <w:pPr>
        <w:spacing w:after="60"/>
        <w:jc w:val="right"/>
      </w:pPr>
      <w:r>
        <w:rPr>
          <w:b/>
        </w:rPr>
        <w:t xml:space="preserve">AL COMUNE DI </w:t>
      </w:r>
      <w:r w:rsidR="00A13F2C">
        <w:rPr>
          <w:b/>
        </w:rPr>
        <w:t>SANTA SOFIA D’EPIRO</w:t>
      </w:r>
      <w:r>
        <w:rPr>
          <w:b/>
        </w:rPr>
        <w:t xml:space="preserve"> (CS)</w:t>
      </w:r>
    </w:p>
    <w:p w14:paraId="0DE2F952" w14:textId="7EF3A9A3" w:rsidR="005D245E" w:rsidRDefault="00000000">
      <w:pPr>
        <w:spacing w:after="60"/>
        <w:jc w:val="right"/>
      </w:pPr>
      <w:r>
        <w:t xml:space="preserve">Alla c.a. del Responsabile Ufficio </w:t>
      </w:r>
      <w:r w:rsidR="00A146FA">
        <w:t>Istruzione</w:t>
      </w:r>
    </w:p>
    <w:p w14:paraId="2E0683E6" w14:textId="44B046DA" w:rsidR="00A146FA" w:rsidRDefault="00A146FA">
      <w:pPr>
        <w:spacing w:after="60"/>
        <w:jc w:val="right"/>
      </w:pPr>
      <w:r>
        <w:t>Affari Generali</w:t>
      </w:r>
    </w:p>
    <w:p w14:paraId="578389CB" w14:textId="32480ED7" w:rsidR="005D245E" w:rsidRDefault="00A146FA">
      <w:pPr>
        <w:jc w:val="right"/>
      </w:pPr>
      <w:r>
        <w:t>A mezzo pec: ufficioprotocollo.santasofiadepiro@asmepec.it</w:t>
      </w:r>
    </w:p>
    <w:p w14:paraId="6C4A03C4" w14:textId="25F65888" w:rsidR="005D245E" w:rsidRDefault="00000000">
      <w:pPr>
        <w:spacing w:after="160"/>
      </w:pPr>
      <w:r>
        <w:t xml:space="preserve">OGGETTO: Indagine di mercato esplorativa, ai sensi dell’art. 2, comma 1, dell’allegato II.1 del D.Lgs. n. 36/2023 per l’affidamento in appalto, per l’anno scolastico 2026/2027, del servizio di refezione scolastica nella Scuola </w:t>
      </w:r>
      <w:r w:rsidR="00D143C9">
        <w:t>dell’Infanzia</w:t>
      </w:r>
      <w:r w:rsidR="00A146FA">
        <w:t xml:space="preserve"> e Scuola Secondaria di Primo Grado</w:t>
      </w:r>
      <w:r>
        <w:t xml:space="preserve"> present</w:t>
      </w:r>
      <w:r w:rsidR="00A146FA">
        <w:t>i</w:t>
      </w:r>
      <w:r>
        <w:t xml:space="preserve"> nel territorio del Comune di </w:t>
      </w:r>
      <w:r w:rsidR="00A13F2C">
        <w:t>Santa Sofia D’</w:t>
      </w:r>
      <w:r w:rsidR="00A146FA">
        <w:t>E</w:t>
      </w:r>
      <w:r w:rsidR="00A13F2C">
        <w:t>piro</w:t>
      </w:r>
      <w:r>
        <w:t xml:space="preserve"> (CS) </w:t>
      </w:r>
    </w:p>
    <w:p w14:paraId="6E7F59EE" w14:textId="77777777" w:rsidR="005D245E" w:rsidRDefault="00000000">
      <w:pPr>
        <w:spacing w:after="80"/>
      </w:pPr>
      <w:r>
        <w:rPr>
          <w:b/>
        </w:rPr>
        <w:t>ISTANZA DI MANIFESTAZIONE DI INTERESSE</w:t>
      </w:r>
    </w:p>
    <w:p w14:paraId="26A9F6AC" w14:textId="77777777" w:rsidR="005D245E" w:rsidRDefault="00000000">
      <w:pPr>
        <w:spacing w:after="160"/>
      </w:pPr>
      <w:r>
        <w:t>Il sottoscritto ________________________________, nato il ______________, a ____________________, in qualità di ________________________________, con sede in ______________________________________________, con codice fiscale __________________________, con partita IVA __________________________, cell. ______________________, pec ________________________________.</w:t>
      </w:r>
    </w:p>
    <w:p w14:paraId="6168FE06" w14:textId="77777777" w:rsidR="005D245E" w:rsidRDefault="00000000">
      <w:pPr>
        <w:spacing w:after="80"/>
        <w:jc w:val="center"/>
      </w:pPr>
      <w:r>
        <w:rPr>
          <w:b/>
        </w:rPr>
        <w:t>C H I E D E</w:t>
      </w:r>
    </w:p>
    <w:p w14:paraId="13E60858" w14:textId="77777777" w:rsidR="005D245E" w:rsidRDefault="00000000">
      <w:pPr>
        <w:spacing w:after="160"/>
      </w:pPr>
      <w:r>
        <w:t>di partecipare alla selezione mediante procedura negoziata indicata in oggetto e, ai sensi degli artt. 46 e 47 del D.P.R. n. 445/2000 (T.U. in materia di documentazione amministrativa), consapevole delle sanzioni penali previste dall’art. 76 del D.P.R. predetto, per le ipotesi di falsità in atti e dichiarazioni mendaci ivi indicate, sotto la propria responsabilità</w:t>
      </w:r>
    </w:p>
    <w:p w14:paraId="7ADADB7A" w14:textId="77777777" w:rsidR="005D245E" w:rsidRDefault="00000000">
      <w:pPr>
        <w:spacing w:after="80"/>
        <w:jc w:val="center"/>
      </w:pPr>
      <w:r>
        <w:rPr>
          <w:b/>
        </w:rPr>
        <w:t>D I C H I A R A:</w:t>
      </w:r>
    </w:p>
    <w:p w14:paraId="3922CA69" w14:textId="77777777" w:rsidR="005D245E" w:rsidRDefault="00000000">
      <w:pPr>
        <w:spacing w:after="80"/>
      </w:pPr>
      <w:r>
        <w:t>a) di non trovarsi nelle ipotesi di esclusione di cui agli artt. 94 e 95 del D.Lgs. n. 36/2023;</w:t>
      </w:r>
    </w:p>
    <w:p w14:paraId="06BBF7FD" w14:textId="2544DA65" w:rsidR="005D245E" w:rsidRDefault="00000000">
      <w:pPr>
        <w:spacing w:after="80"/>
      </w:pPr>
      <w:r>
        <w:t xml:space="preserve">b) di essere in possesso dei requisiti di idoneità professionale, economico-finanziaria, tecnico-professionale previsti dall’avviso approvato con determinazione Reg. Gen. n. </w:t>
      </w:r>
      <w:r w:rsidR="001150AE">
        <w:t>386</w:t>
      </w:r>
      <w:r>
        <w:t xml:space="preserve"> del </w:t>
      </w:r>
      <w:r w:rsidR="001150AE">
        <w:t>22</w:t>
      </w:r>
      <w:r>
        <w:t>.10.2026;</w:t>
      </w:r>
    </w:p>
    <w:p w14:paraId="74255037" w14:textId="4C911CE7" w:rsidR="005D245E" w:rsidRDefault="00000000">
      <w:pPr>
        <w:spacing w:after="80"/>
      </w:pPr>
      <w:r>
        <w:t>c) di aver preso visione e di accettare le condizioni dell’avviso pubblico per la presentazione di manifestazione di interesse a partecipare alla procedura negoziata per l’affidamento del servizio di refezione scolastica nella</w:t>
      </w:r>
      <w:r w:rsidR="001150AE">
        <w:t xml:space="preserve"> Scuola dell’Infanzia e nella</w:t>
      </w:r>
      <w:r>
        <w:t xml:space="preserve"> Scuola</w:t>
      </w:r>
      <w:r w:rsidR="001150AE">
        <w:t xml:space="preserve"> Secondaria di Primo Grado</w:t>
      </w:r>
      <w:r>
        <w:t xml:space="preserve"> present</w:t>
      </w:r>
      <w:r w:rsidR="001150AE">
        <w:t>i</w:t>
      </w:r>
      <w:r>
        <w:t xml:space="preserve"> nel territorio del Comune di San</w:t>
      </w:r>
      <w:r w:rsidR="001150AE">
        <w:t>ta Sofia d’Epiro</w:t>
      </w:r>
      <w:r>
        <w:t xml:space="preserve"> – anno scolastico 2026/2027;</w:t>
      </w:r>
    </w:p>
    <w:p w14:paraId="56834DBB" w14:textId="77777777" w:rsidR="005D245E" w:rsidRDefault="00000000">
      <w:pPr>
        <w:spacing w:after="80"/>
      </w:pPr>
      <w:r>
        <w:t>d) di essere a conoscenza che:</w:t>
      </w:r>
    </w:p>
    <w:p w14:paraId="0649F39A" w14:textId="77777777" w:rsidR="005D245E" w:rsidRDefault="00000000">
      <w:pPr>
        <w:spacing w:after="80"/>
      </w:pPr>
      <w:r>
        <w:t>➢ la presente domanda non costituisce proposta contrattuale e non vincola in alcun modo la Stazione Appaltante che sarà libera di seguire anche altre procedure;</w:t>
      </w:r>
    </w:p>
    <w:p w14:paraId="5E13074D" w14:textId="77777777" w:rsidR="005D245E" w:rsidRDefault="00000000">
      <w:pPr>
        <w:spacing w:after="80"/>
      </w:pPr>
      <w:r>
        <w:t>➢ la Stazione Appaltante si riserva di interrompere in qualsiasi momento, per ragioni di sua esclusiva competenza, il procedimento avviato, senza che i soggetti richiedenti possano vantare alcuna pretesa;</w:t>
      </w:r>
    </w:p>
    <w:p w14:paraId="1B0C0332" w14:textId="3EEBB770" w:rsidR="005D245E" w:rsidRDefault="00000000">
      <w:pPr>
        <w:spacing w:after="80"/>
      </w:pPr>
      <w:r>
        <w:t>d) di essere a conoscenza che la presente dichiarazione non costituisce prova di possesso dei requisiti di partecipazione richiesti nell’ambito della successiva procedura di gara, i quali dovranno essere dichiarati dall’interessato e accertati dal Comune di San</w:t>
      </w:r>
      <w:r w:rsidR="001150AE">
        <w:t>ta Sofia d’Epiro</w:t>
      </w:r>
      <w:r>
        <w:t xml:space="preserve"> nei modi di legge in occasione di aggiudicazione;</w:t>
      </w:r>
    </w:p>
    <w:p w14:paraId="36E3500F" w14:textId="77777777" w:rsidR="005D245E" w:rsidRDefault="00000000">
      <w:pPr>
        <w:spacing w:after="160"/>
      </w:pPr>
      <w:r>
        <w:t>e) di voler ricevere ogni comunicazione inerente la presente procedura all’indirizzo PEC: ______________________________________________.</w:t>
      </w:r>
    </w:p>
    <w:p w14:paraId="49832072" w14:textId="77777777" w:rsidR="005D245E" w:rsidRDefault="00000000">
      <w:pPr>
        <w:spacing w:after="80"/>
      </w:pPr>
      <w:r>
        <w:t>Si allega curriculum della società partecipante e fotocopia del documento di identità in corso di validità del legale rappresentante.</w:t>
      </w:r>
    </w:p>
    <w:p w14:paraId="566A77F1" w14:textId="77777777" w:rsidR="00A146FA" w:rsidRDefault="00000000" w:rsidP="00A146FA">
      <w:pPr>
        <w:spacing w:after="280"/>
      </w:pPr>
      <w:r>
        <w:t>Si precisa che ai fini della presente selezione l’esperienza curriculare deve essere riferita solo all’operatore economico partecipante.</w:t>
      </w:r>
    </w:p>
    <w:p w14:paraId="4F0CCAE0" w14:textId="1167CE85" w:rsidR="005D245E" w:rsidRDefault="00000000" w:rsidP="00A146FA">
      <w:pPr>
        <w:spacing w:after="0" w:line="240" w:lineRule="auto"/>
      </w:pPr>
      <w:r>
        <w:t>Data ____/____/________</w:t>
      </w:r>
    </w:p>
    <w:p w14:paraId="38CFE21F" w14:textId="77777777" w:rsidR="005D245E" w:rsidRDefault="00000000" w:rsidP="00A146FA">
      <w:pPr>
        <w:spacing w:after="0" w:line="240" w:lineRule="auto"/>
        <w:jc w:val="right"/>
      </w:pPr>
      <w:r>
        <w:rPr>
          <w:b/>
        </w:rPr>
        <w:t>FIRMA digitale del legale rappresentante</w:t>
      </w:r>
    </w:p>
    <w:p w14:paraId="1A228493" w14:textId="77777777" w:rsidR="005D245E" w:rsidRDefault="00000000">
      <w:pPr>
        <w:spacing w:after="40"/>
        <w:jc w:val="right"/>
      </w:pPr>
      <w:r>
        <w:t>________________________________________</w:t>
      </w:r>
    </w:p>
    <w:sectPr w:rsidR="005D245E" w:rsidSect="00A13F2C">
      <w:pgSz w:w="12240" w:h="15840"/>
      <w:pgMar w:top="284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421916">
    <w:abstractNumId w:val="8"/>
  </w:num>
  <w:num w:numId="2" w16cid:durableId="541599852">
    <w:abstractNumId w:val="6"/>
  </w:num>
  <w:num w:numId="3" w16cid:durableId="2010862858">
    <w:abstractNumId w:val="5"/>
  </w:num>
  <w:num w:numId="4" w16cid:durableId="674918326">
    <w:abstractNumId w:val="4"/>
  </w:num>
  <w:num w:numId="5" w16cid:durableId="911767896">
    <w:abstractNumId w:val="7"/>
  </w:num>
  <w:num w:numId="6" w16cid:durableId="1752116809">
    <w:abstractNumId w:val="3"/>
  </w:num>
  <w:num w:numId="7" w16cid:durableId="27923458">
    <w:abstractNumId w:val="2"/>
  </w:num>
  <w:num w:numId="8" w16cid:durableId="896822263">
    <w:abstractNumId w:val="1"/>
  </w:num>
  <w:num w:numId="9" w16cid:durableId="203364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50AE"/>
    <w:rsid w:val="0015074B"/>
    <w:rsid w:val="0029639D"/>
    <w:rsid w:val="00326F90"/>
    <w:rsid w:val="005D245E"/>
    <w:rsid w:val="006A6E5C"/>
    <w:rsid w:val="00A13F2C"/>
    <w:rsid w:val="00A146FA"/>
    <w:rsid w:val="00AA1D8D"/>
    <w:rsid w:val="00B47730"/>
    <w:rsid w:val="00B723D5"/>
    <w:rsid w:val="00CB0664"/>
    <w:rsid w:val="00D143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57176"/>
  <w14:defaultImageDpi w14:val="300"/>
  <w15:docId w15:val="{BC75F549-8C6F-4DC3-A08A-21F15841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Comune di Acri 1</cp:lastModifiedBy>
  <cp:revision>4</cp:revision>
  <dcterms:created xsi:type="dcterms:W3CDTF">2026-10-22T11:44:00Z</dcterms:created>
  <dcterms:modified xsi:type="dcterms:W3CDTF">2026-10-22T15:28:00Z</dcterms:modified>
  <cp:category/>
</cp:coreProperties>
</file>