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E9348" w14:textId="77777777" w:rsidR="00D45EC8" w:rsidRDefault="00000000">
      <w:pPr>
        <w:spacing w:after="80"/>
        <w:jc w:val="center"/>
      </w:pPr>
      <w:r>
        <w:rPr>
          <w:b/>
          <w:sz w:val="28"/>
        </w:rPr>
        <w:t>AUTORIZZAZIONE AL TRATTAMENTO DEI DATI PERSONALI</w:t>
      </w:r>
    </w:p>
    <w:p w14:paraId="0714E815" w14:textId="77777777" w:rsidR="00D45EC8" w:rsidRDefault="00000000">
      <w:pPr>
        <w:spacing w:after="560"/>
        <w:jc w:val="center"/>
      </w:pPr>
      <w:r>
        <w:rPr>
          <w:b/>
        </w:rPr>
        <w:t>(ARTT. 13 E 23 DEL D.LGS. 196/2003)</w:t>
      </w:r>
    </w:p>
    <w:p w14:paraId="618CB10A" w14:textId="1EEF9F6F" w:rsidR="00D45EC8" w:rsidRDefault="00000000">
      <w:r>
        <w:t>Il</w:t>
      </w:r>
      <w:r w:rsidR="00ED2C4D">
        <w:t>/La</w:t>
      </w:r>
      <w:r>
        <w:t xml:space="preserve"> </w:t>
      </w:r>
      <w:proofErr w:type="spellStart"/>
      <w:r>
        <w:t>sottoscritto</w:t>
      </w:r>
      <w:proofErr w:type="spellEnd"/>
      <w:r w:rsidR="00ED2C4D">
        <w:t>/</w:t>
      </w:r>
      <w:proofErr w:type="spellStart"/>
      <w:r w:rsidR="00ED2C4D">
        <w:t>a___________________N</w:t>
      </w:r>
      <w:r>
        <w:t>ato</w:t>
      </w:r>
      <w:proofErr w:type="spellEnd"/>
      <w:r w:rsidR="00ED2C4D">
        <w:t>/a</w:t>
      </w:r>
      <w:r>
        <w:t xml:space="preserve"> a </w:t>
      </w:r>
      <w:r w:rsidR="00ED2C4D">
        <w:t>____________________</w:t>
      </w:r>
      <w:r>
        <w:t xml:space="preserve">il </w:t>
      </w:r>
      <w:r w:rsidR="00ED2C4D">
        <w:t>__________</w:t>
      </w:r>
    </w:p>
    <w:p w14:paraId="6D70AC17" w14:textId="3BC91136" w:rsidR="00D45EC8" w:rsidRDefault="00000000">
      <w:proofErr w:type="spellStart"/>
      <w:r>
        <w:t>residente</w:t>
      </w:r>
      <w:proofErr w:type="spellEnd"/>
      <w:r>
        <w:t xml:space="preserve"> a </w:t>
      </w:r>
      <w:r w:rsidR="00ED2C4D">
        <w:t>_____________</w:t>
      </w:r>
      <w:r>
        <w:t xml:space="preserve"> in</w:t>
      </w:r>
      <w:r w:rsidR="00ED2C4D">
        <w:t>____________________</w:t>
      </w:r>
    </w:p>
    <w:p w14:paraId="1686D7EF" w14:textId="77777777" w:rsidR="00D45EC8" w:rsidRDefault="00000000">
      <w:pPr>
        <w:spacing w:before="400" w:after="400"/>
        <w:jc w:val="center"/>
      </w:pPr>
      <w:r>
        <w:rPr>
          <w:b/>
          <w:sz w:val="26"/>
        </w:rPr>
        <w:t>AUTORIZZA</w:t>
      </w:r>
    </w:p>
    <w:p w14:paraId="4E169CC0" w14:textId="77777777" w:rsidR="00D45EC8" w:rsidRDefault="00000000">
      <w:r>
        <w:t>ai sensi e per gli effetti degli artt. 13 e 23 del D.Lgs. n. 196/2003, con la sottoscrizione del presente modulo, il proprio consenso al trattamento dei dati personali forniti a seguito della segnalazione inoltrata.</w:t>
      </w:r>
    </w:p>
    <w:p w14:paraId="4DB16A55" w14:textId="77777777" w:rsidR="00ED2C4D" w:rsidRDefault="00000000">
      <w:pPr>
        <w:spacing w:before="960"/>
      </w:pPr>
      <w:r>
        <w:t xml:space="preserve">DATA </w:t>
      </w:r>
    </w:p>
    <w:p w14:paraId="5488630A" w14:textId="1FE2750E" w:rsidR="00D45EC8" w:rsidRDefault="00000000">
      <w:pPr>
        <w:spacing w:before="960"/>
      </w:pPr>
      <w:r>
        <w:t>(Firma leggibile)______________________________________</w:t>
      </w:r>
    </w:p>
    <w:sectPr w:rsidR="00D45EC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4151030">
    <w:abstractNumId w:val="8"/>
  </w:num>
  <w:num w:numId="2" w16cid:durableId="1087000469">
    <w:abstractNumId w:val="6"/>
  </w:num>
  <w:num w:numId="3" w16cid:durableId="1918247575">
    <w:abstractNumId w:val="5"/>
  </w:num>
  <w:num w:numId="4" w16cid:durableId="1175531516">
    <w:abstractNumId w:val="4"/>
  </w:num>
  <w:num w:numId="5" w16cid:durableId="480003878">
    <w:abstractNumId w:val="7"/>
  </w:num>
  <w:num w:numId="6" w16cid:durableId="1559391031">
    <w:abstractNumId w:val="3"/>
  </w:num>
  <w:num w:numId="7" w16cid:durableId="740978648">
    <w:abstractNumId w:val="2"/>
  </w:num>
  <w:num w:numId="8" w16cid:durableId="1712146729">
    <w:abstractNumId w:val="1"/>
  </w:num>
  <w:num w:numId="9" w16cid:durableId="793671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96941"/>
    <w:rsid w:val="006A6E5C"/>
    <w:rsid w:val="00AA1D8D"/>
    <w:rsid w:val="00B47730"/>
    <w:rsid w:val="00B723D5"/>
    <w:rsid w:val="00CB0664"/>
    <w:rsid w:val="00D45EC8"/>
    <w:rsid w:val="00ED2C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16D68D"/>
  <w14:defaultImageDpi w14:val="300"/>
  <w15:docId w15:val="{BC75F549-8C6F-4DC3-A08A-21F158418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Comune di Acri 1</cp:lastModifiedBy>
  <cp:revision>2</cp:revision>
  <dcterms:created xsi:type="dcterms:W3CDTF">2026-10-22T11:44:00Z</dcterms:created>
  <dcterms:modified xsi:type="dcterms:W3CDTF">2026-10-22T11:44:00Z</dcterms:modified>
  <cp:category/>
</cp:coreProperties>
</file>